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78230" w14:textId="77777777" w:rsidR="003C4A25" w:rsidRDefault="00F85A54">
      <w:pPr>
        <w:pStyle w:val="Heading1"/>
      </w:pPr>
      <w:r>
        <w:t>Angelo Karagelidis</w:t>
      </w:r>
    </w:p>
    <w:p w14:paraId="3ECA5397" w14:textId="77777777" w:rsidR="003C4A25" w:rsidRDefault="00F85A54">
      <w:r>
        <w:t>81 Oak St., Dedham, MA 02026</w:t>
      </w:r>
      <w:r>
        <w:br/>
        <w:t>karagelidisa@gmail.com | (781) 441-9585</w:t>
      </w:r>
    </w:p>
    <w:p w14:paraId="72F58DC3" w14:textId="77777777" w:rsidR="003C4A25" w:rsidRDefault="00F85A54">
      <w:pPr>
        <w:pStyle w:val="Heading2"/>
      </w:pPr>
      <w:r>
        <w:t>Professional Summary</w:t>
      </w:r>
    </w:p>
    <w:p w14:paraId="514C5DBC" w14:textId="77777777" w:rsidR="003C4A25" w:rsidRDefault="00F85A54">
      <w:r>
        <w:t>Technically skilled and adaptable professional with a background in IT management, systems administration, database development, mobile device repair, project coordination, and customer-facing roles. Strong communicator with hands-on experience in troubleshooting, user support, networking, software integration, and logistics. Seeking to contribute to teams working in QA, technical support, IT operations, or client implementation.</w:t>
      </w:r>
    </w:p>
    <w:p w14:paraId="79B4E4B6" w14:textId="77777777" w:rsidR="003C4A25" w:rsidRDefault="00F85A54">
      <w:pPr>
        <w:pStyle w:val="Heading2"/>
      </w:pPr>
      <w:r>
        <w:t>Professional Experience</w:t>
      </w:r>
    </w:p>
    <w:p w14:paraId="2BB71E24" w14:textId="77777777" w:rsidR="003C4A25" w:rsidRDefault="00F85A54">
      <w:r>
        <w:t>Independent Contractor – Uber</w:t>
      </w:r>
      <w:r>
        <w:br/>
        <w:t>Dedham, MA | March 2023 – Present</w:t>
      </w:r>
    </w:p>
    <w:p w14:paraId="2B0C26DE" w14:textId="77777777" w:rsidR="003C4A25" w:rsidRDefault="00F85A54">
      <w:r>
        <w:t>• Managed routes, schedules, and customer interactions across gig platforms.</w:t>
      </w:r>
      <w:r>
        <w:br/>
        <w:t>• Maintained a 4.98-star customer rating with consistent on-time delivery.</w:t>
      </w:r>
      <w:r>
        <w:br/>
        <w:t>• Adapted to changing conditions with strong problem-solving and app-based logistics.</w:t>
      </w:r>
    </w:p>
    <w:p w14:paraId="0C3BD9AF" w14:textId="77777777" w:rsidR="003C4A25" w:rsidRDefault="00F85A54">
      <w:r>
        <w:t>IT Manager – Cleary Consultants</w:t>
      </w:r>
      <w:r>
        <w:br/>
        <w:t>Boston, MA | 2006 – 2010 (approx.)</w:t>
      </w:r>
    </w:p>
    <w:p w14:paraId="6F1AC98A" w14:textId="77777777" w:rsidR="003C4A25" w:rsidRDefault="00F85A54">
      <w:r>
        <w:t>• Implemented the company’s first centralized IT infrastructure by deploying and managing a Microsoft Server environment for ~30 computers, introducing Active Directory, Group Policy, and centralized security.</w:t>
      </w:r>
      <w:r>
        <w:br/>
        <w:t>• Designed and built an internal recruiting database with a front-end GUI using Microsoft Access and SQL Server, storing full résumés and candidate data in a keyword-searchable format.</w:t>
      </w:r>
      <w:r>
        <w:br/>
        <w:t>• Installed and administered Microsoft SQL Server and supported database integrity, access, and reporting.</w:t>
      </w:r>
      <w:r>
        <w:br/>
        <w:t>• Integrated the PBX phone system to track recruiter call volume and generate productivity reports.</w:t>
      </w:r>
      <w:r>
        <w:br/>
        <w:t>• Maintained user desktops, network equipment, and server infrastructure.</w:t>
      </w:r>
      <w:r>
        <w:br/>
        <w:t>• Provided direct tech support to staff and t</w:t>
      </w:r>
      <w:r>
        <w:t>rained team members on new systems.</w:t>
      </w:r>
      <w:r>
        <w:br/>
        <w:t>• Oversaw vendor coordination and equipment upgrades to keep systems reliable.</w:t>
      </w:r>
    </w:p>
    <w:p w14:paraId="71B2B176" w14:textId="77777777" w:rsidR="003C4A25" w:rsidRDefault="00F85A54">
      <w:r>
        <w:t>Site Manager – Valiant Group, LLC</w:t>
      </w:r>
      <w:r>
        <w:br/>
        <w:t>Greater Boston Area | Jan 2018 – May 2023</w:t>
      </w:r>
    </w:p>
    <w:p w14:paraId="6F4EDF25" w14:textId="77777777" w:rsidR="003C4A25" w:rsidRDefault="00F85A54">
      <w:r>
        <w:t>• Supervised residential and light commercial construction projects.</w:t>
      </w:r>
      <w:r>
        <w:br/>
        <w:t>• Conducted customer service, installations, planning, and contractor coordination.</w:t>
      </w:r>
      <w:r>
        <w:br/>
        <w:t>• Hands-on with framing, demolition, foundations, and finish carpentry.</w:t>
      </w:r>
    </w:p>
    <w:p w14:paraId="3FD38235" w14:textId="77777777" w:rsidR="003C4A25" w:rsidRDefault="00F85A54">
      <w:r>
        <w:lastRenderedPageBreak/>
        <w:t>Supervisor – Allstate Painting</w:t>
      </w:r>
      <w:r>
        <w:br/>
        <w:t>Greater Boston Area | Jan 2014 – Dec 2017</w:t>
      </w:r>
    </w:p>
    <w:p w14:paraId="3036F728" w14:textId="77777777" w:rsidR="003C4A25" w:rsidRDefault="00F85A54">
      <w:r>
        <w:t>• Managed multiple crews and job sites for interior and exterior painting projects.</w:t>
      </w:r>
      <w:r>
        <w:br/>
        <w:t>• Trained new team members and coordinated scheduling with clients.</w:t>
      </w:r>
      <w:r>
        <w:br/>
        <w:t>• Prioritized safety, quality control, and customer satisfaction.</w:t>
      </w:r>
    </w:p>
    <w:p w14:paraId="47B49372" w14:textId="77777777" w:rsidR="003C4A25" w:rsidRDefault="00F85A54">
      <w:pPr>
        <w:pStyle w:val="Heading2"/>
      </w:pPr>
      <w:r>
        <w:t>Education</w:t>
      </w:r>
    </w:p>
    <w:p w14:paraId="7589550D" w14:textId="77777777" w:rsidR="003C4A25" w:rsidRDefault="00F85A54">
      <w:r>
        <w:t>Tufts University – Medford, MA</w:t>
      </w:r>
      <w:r>
        <w:br/>
        <w:t>Bachelor’s Degree in Mechanical Engineering and Pre-Med w/ 3.9 GPA | 1990 – 1993</w:t>
      </w:r>
      <w:r>
        <w:br/>
      </w:r>
      <w:r>
        <w:br/>
        <w:t>Tufts University School of Medicine – Medford, MA</w:t>
      </w:r>
      <w:r>
        <w:br/>
        <w:t>Graduate coursework in Medicine | 1994 – 1995</w:t>
      </w:r>
    </w:p>
    <w:p w14:paraId="3090CF5B" w14:textId="77777777" w:rsidR="003C4A25" w:rsidRDefault="00F85A54">
      <w:pPr>
        <w:pStyle w:val="Heading2"/>
      </w:pPr>
      <w:r>
        <w:t>Certifications and Licenses</w:t>
      </w:r>
    </w:p>
    <w:p w14:paraId="3E6FA4A9" w14:textId="77777777" w:rsidR="003C4A25" w:rsidRDefault="00F85A54">
      <w:r>
        <w:t>• Driver’s License (Active)</w:t>
      </w:r>
      <w:r>
        <w:br/>
        <w:t>• OSHA 10 &amp; OSHA 30</w:t>
      </w:r>
      <w:r>
        <w:br/>
        <w:t>• Home Improvement Contractor (HIC - 208318)</w:t>
      </w:r>
      <w:r>
        <w:br/>
        <w:t>• Construction Supervisor License (CSL - 118184)</w:t>
      </w:r>
    </w:p>
    <w:p w14:paraId="5C0CAFA0" w14:textId="77777777" w:rsidR="003C4A25" w:rsidRDefault="00F85A54">
      <w:pPr>
        <w:pStyle w:val="Heading2"/>
      </w:pPr>
      <w:r>
        <w:t>Skills</w:t>
      </w:r>
    </w:p>
    <w:p w14:paraId="6DBA6ADC" w14:textId="5BDD31C3" w:rsidR="003C4A25" w:rsidRDefault="00F85A54">
      <w:r>
        <w:t xml:space="preserve">• I </w:t>
      </w:r>
      <w:r>
        <w:t xml:space="preserve"> Active Directory, Group Policy, SQL Server, Microsoft Access, Microsoft Office</w:t>
      </w:r>
      <w:r>
        <w:t>, Windows 10/11, Imaging, PBX systems</w:t>
      </w:r>
      <w:r>
        <w:br/>
        <w:t>• Networking: DNS, TCP/IP, VPN, LAN/WAN troubleshooting</w:t>
      </w:r>
      <w:r>
        <w:br/>
        <w:t>• Technical Support: Hardware/software troubleshooting, database management, scripting basics</w:t>
      </w:r>
      <w:r>
        <w:br/>
        <w:t>• Other: Bilingual (Greek), Communication &amp; Team Collaboration, QA Thinking, Route Optimization</w:t>
      </w:r>
      <w:r>
        <w:br/>
        <w:t>• Construction: Project Supervision, Documentation, Time Management</w:t>
      </w:r>
    </w:p>
    <w:sectPr w:rsidR="003C4A2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23286402">
    <w:abstractNumId w:val="8"/>
  </w:num>
  <w:num w:numId="2" w16cid:durableId="1600068985">
    <w:abstractNumId w:val="6"/>
  </w:num>
  <w:num w:numId="3" w16cid:durableId="5374296">
    <w:abstractNumId w:val="5"/>
  </w:num>
  <w:num w:numId="4" w16cid:durableId="24403990">
    <w:abstractNumId w:val="4"/>
  </w:num>
  <w:num w:numId="5" w16cid:durableId="1570655579">
    <w:abstractNumId w:val="7"/>
  </w:num>
  <w:num w:numId="6" w16cid:durableId="106438833">
    <w:abstractNumId w:val="3"/>
  </w:num>
  <w:num w:numId="7" w16cid:durableId="830221297">
    <w:abstractNumId w:val="2"/>
  </w:num>
  <w:num w:numId="8" w16cid:durableId="2097703020">
    <w:abstractNumId w:val="1"/>
  </w:num>
  <w:num w:numId="9" w16cid:durableId="1864590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proofState w:spelling="clean"/>
  <w:revisionView w:inkAnnotations="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C4A25"/>
    <w:rsid w:val="00AA1D8D"/>
    <w:rsid w:val="00B47730"/>
    <w:rsid w:val="00CB0664"/>
    <w:rsid w:val="00D80BC7"/>
    <w:rsid w:val="00E73A65"/>
    <w:rsid w:val="00F85A5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FB7E8B"/>
  <w14:defaultImageDpi w14:val="300"/>
  <w15:docId w15:val="{66CFC2CD-3825-FD4E-83C9-9B6DBC246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476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 Karagelidis</cp:lastModifiedBy>
  <cp:revision>3</cp:revision>
  <dcterms:created xsi:type="dcterms:W3CDTF">2013-12-23T23:15:00Z</dcterms:created>
  <dcterms:modified xsi:type="dcterms:W3CDTF">2025-09-13T16:06:00Z</dcterms:modified>
  <cp:category/>
</cp:coreProperties>
</file>